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ANKIETA KONTYNUACYJNA</w:t>
      </w:r>
    </w:p>
    <w:p>
      <w:pPr>
        <w:jc w:val="center"/>
      </w:pPr>
      <w:r>
        <w:rPr>
          <w:b/>
        </w:rPr>
        <w:t>HOMEOPATIA KLASYCZNA</w:t>
      </w:r>
    </w:p>
    <w:p>
      <w:r>
        <w:t>Ta ankieta jest przeznaczona dla osób, które otrzymały wcześniej indywidualnie dobrany lek homeopatyczny. Jej celem jest możliwie dokładne odtworzenie zmian, które nastąpiły od przyjęcia leku.</w:t>
      </w:r>
    </w:p>
    <w:p>
      <w:r>
        <w:t>Nie opisuj ponownie całej historii choroby. Najważniejsza jest chronologia: co wydarzyło się po leku, co zmieniło się najpierw, co później, co ustąpiło, co powróciło i co pojawiło się nowego.</w:t>
      </w:r>
    </w:p>
    <w:p>
      <w:pPr>
        <w:pStyle w:val="Heading1"/>
      </w:pPr>
      <w:r>
        <w:t>1. PODSTAWOWE INFORMACJE</w:t>
      </w:r>
    </w:p>
    <w:p>
      <w:r>
        <w:t>Imię i nazwisko:</w:t>
      </w:r>
    </w:p>
    <w:p>
      <w:pPr>
        <w:pStyle w:val="Miejscenaodpowiedz"/>
      </w:pPr>
      <w:r>
        <w:t>Kliknij tutaj i wpisz odpowiedź.</w:t>
      </w:r>
    </w:p>
    <w:p>
      <w:r>
        <w:t>Nazwa przyjętego leku homeopatycznego:</w:t>
      </w:r>
    </w:p>
    <w:p>
      <w:pPr>
        <w:pStyle w:val="Miejscenaodpowiedz"/>
      </w:pPr>
      <w:r>
        <w:t>Kliknij tutaj i wpisz odpowiedź.</w:t>
      </w:r>
    </w:p>
    <w:p>
      <w:r>
        <w:t>Potencja:</w:t>
      </w:r>
    </w:p>
    <w:p>
      <w:pPr>
        <w:pStyle w:val="Miejscenaodpowiedz"/>
      </w:pPr>
      <w:r>
        <w:t>Kliknij tutaj i wpisz odpowiedź.</w:t>
      </w:r>
    </w:p>
    <w:p>
      <w:r>
        <w:t>Kiedy została przyjęta ostatnia dawka?</w:t>
      </w:r>
    </w:p>
    <w:p>
      <w:pPr>
        <w:pStyle w:val="Miejscenaodpowiedz"/>
      </w:pPr>
      <w:r>
        <w:t>Kliknij tutaj i wpisz odpowiedź.</w:t>
      </w:r>
    </w:p>
    <w:p>
      <w:r>
        <w:t>W jaki sposób i ile dawek zostało przyjętych?</w:t>
      </w:r>
    </w:p>
    <w:p>
      <w:pPr>
        <w:pStyle w:val="Miejscenaodpowiedz"/>
      </w:pPr>
      <w:r>
        <w:t>Kliknij tutaj i wpisz odpowiedź.</w:t>
      </w:r>
    </w:p>
    <w:p>
      <w:pPr>
        <w:pStyle w:val="Heading1"/>
      </w:pPr>
      <w:r>
        <w:t>2. REAKCJA PO LEKU – CHRONOLOGIA</w:t>
      </w:r>
    </w:p>
    <w:p>
      <w:r>
        <w:t>Opisz możliwie po kolei, co działo się po przyjęciu leku.</w:t>
      </w:r>
    </w:p>
    <w:p>
      <w:pPr>
        <w:ind w:left="312" w:hanging="142"/>
      </w:pPr>
      <w:r>
        <w:t>• Czy pojawiła się reakcja bezpośrednio po dawce? Jeśli tak – po jakim czasie?</w:t>
      </w:r>
    </w:p>
    <w:p>
      <w:pPr>
        <w:ind w:left="312" w:hanging="142"/>
      </w:pPr>
      <w:r>
        <w:t>• Jaka była pierwsza zauważalna zmiana?</w:t>
      </w:r>
    </w:p>
    <w:p>
      <w:pPr>
        <w:ind w:left="312" w:hanging="142"/>
      </w:pPr>
      <w:r>
        <w:t>• Co zmieniło się w kolejnych dniach lub tygodniach?</w:t>
      </w:r>
    </w:p>
    <w:p>
      <w:pPr>
        <w:ind w:left="312" w:hanging="142"/>
      </w:pPr>
      <w:r>
        <w:t>• Czy wystąpiło krótkotrwałe nasilenie któregoś objawu?</w:t>
      </w:r>
    </w:p>
    <w:p>
      <w:pPr>
        <w:ind w:left="312" w:hanging="142"/>
      </w:pPr>
      <w:r>
        <w:t>• Czy poprawa była stała, falująca czy stopniowo wygasała?</w:t>
      </w:r>
    </w:p>
    <w:p>
      <w:r>
        <w:t>Przebieg zmian po leku:</w:t>
      </w:r>
    </w:p>
    <w:p>
      <w:pPr>
        <w:pStyle w:val="Miejscenaodpowiedz"/>
      </w:pPr>
      <w:r>
        <w:t>Kliknij tutaj i wpisz odpowiedź.</w:t>
        <w:br/>
        <w:br/>
        <w:br/>
        <w:br/>
      </w:r>
    </w:p>
    <w:p>
      <w:pPr>
        <w:pStyle w:val="Heading1"/>
      </w:pPr>
      <w:r>
        <w:t>3. GŁÓWNY PROBLEM</w:t>
      </w:r>
    </w:p>
    <w:p>
      <w:r>
        <w:t>Jak zmienił się główny problem, z którym się zgłaszałeś/aś? Uwzględnij nasilenie, częstotliwość, czas trwania i okoliczności pojawiania się objawów.</w:t>
      </w:r>
    </w:p>
    <w:p>
      <w:pPr>
        <w:pStyle w:val="Miejscenaodpowiedz"/>
      </w:pPr>
      <w:r>
        <w:t>Kliknij tutaj i wpisz odpowiedź.</w:t>
        <w:br/>
        <w:br/>
        <w:br/>
      </w:r>
    </w:p>
    <w:p>
      <w:pPr>
        <w:pStyle w:val="Heading1"/>
      </w:pPr>
      <w:r>
        <w:t>4. POZOSTAŁE OBJAWY</w:t>
      </w:r>
    </w:p>
    <w:p>
      <w:pPr>
        <w:ind w:left="312" w:hanging="142"/>
      </w:pPr>
      <w:r>
        <w:t>• Które wcześniejsze objawy wyraźnie się poprawiły?</w:t>
      </w:r>
    </w:p>
    <w:p>
      <w:pPr>
        <w:ind w:left="312" w:hanging="142"/>
      </w:pPr>
      <w:r>
        <w:t>• Które całkowicie ustąpiły?</w:t>
      </w:r>
    </w:p>
    <w:p>
      <w:pPr>
        <w:ind w:left="312" w:hanging="142"/>
      </w:pPr>
      <w:r>
        <w:t>• Które pozostały bez zmian?</w:t>
      </w:r>
    </w:p>
    <w:p>
      <w:pPr>
        <w:ind w:left="312" w:hanging="142"/>
      </w:pPr>
      <w:r>
        <w:t>• Czy któryś wcześniejszy objaw powrócił?</w:t>
      </w:r>
    </w:p>
    <w:p>
      <w:pPr>
        <w:ind w:left="312" w:hanging="142"/>
      </w:pPr>
      <w:r>
        <w:t>• Czy pojawiły się nowe objawy, których wcześniej nie było?</w:t>
      </w:r>
    </w:p>
    <w:p>
      <w:r>
        <w:t>Twoja odpowiedź:</w:t>
      </w:r>
    </w:p>
    <w:p>
      <w:pPr>
        <w:pStyle w:val="Miejscenaodpowiedz"/>
      </w:pPr>
      <w:r>
        <w:t>Kliknij tutaj i wpisz odpowiedź.</w:t>
        <w:br/>
        <w:br/>
        <w:br/>
      </w:r>
    </w:p>
    <w:p>
      <w:pPr>
        <w:pStyle w:val="Heading1"/>
      </w:pPr>
      <w:r>
        <w:t>5. OGÓLNE SAMOPOCZUCIE</w:t>
      </w:r>
    </w:p>
    <w:p>
      <w:r>
        <w:t>Porównaj obecny stan ze stanem sprzed przyjęcia leku.</w:t>
      </w:r>
    </w:p>
    <w:p>
      <w:pPr>
        <w:ind w:left="312" w:hanging="142"/>
      </w:pPr>
      <w:r>
        <w:t>• energia i ogólna wydolność,</w:t>
      </w:r>
    </w:p>
    <w:p>
      <w:pPr>
        <w:ind w:left="312" w:hanging="142"/>
      </w:pPr>
      <w:r>
        <w:t>• sen i jakość wypoczynku,</w:t>
      </w:r>
    </w:p>
    <w:p>
      <w:pPr>
        <w:ind w:left="312" w:hanging="142"/>
      </w:pPr>
      <w:r>
        <w:t>• apetyt i pragnienie,</w:t>
      </w:r>
    </w:p>
    <w:p>
      <w:pPr>
        <w:ind w:left="312" w:hanging="142"/>
      </w:pPr>
      <w:r>
        <w:t>• odczuwanie ciepła i zimna,</w:t>
      </w:r>
    </w:p>
    <w:p>
      <w:pPr>
        <w:ind w:left="312" w:hanging="142"/>
      </w:pPr>
      <w:r>
        <w:t>• trawienie i wypróżnienia,</w:t>
      </w:r>
    </w:p>
    <w:p>
      <w:pPr>
        <w:ind w:left="312" w:hanging="142"/>
      </w:pPr>
      <w:r>
        <w:t>• potliwość,</w:t>
      </w:r>
    </w:p>
    <w:p>
      <w:pPr>
        <w:ind w:left="312" w:hanging="142"/>
      </w:pPr>
      <w:r>
        <w:t>• bóle i napięcia,</w:t>
      </w:r>
    </w:p>
    <w:p>
      <w:pPr>
        <w:ind w:left="312" w:hanging="142"/>
      </w:pPr>
      <w:r>
        <w:t>• cykl miesiączkowy – jeśli dotyczy.</w:t>
      </w:r>
    </w:p>
    <w:p>
      <w:r>
        <w:t>Co się zmieniło?</w:t>
      </w:r>
    </w:p>
    <w:p>
      <w:pPr>
        <w:pStyle w:val="Miejscenaodpowiedz"/>
      </w:pPr>
      <w:r>
        <w:t>Kliknij tutaj i wpisz odpowiedź.</w:t>
        <w:br/>
        <w:br/>
        <w:br/>
      </w:r>
    </w:p>
    <w:p>
      <w:pPr>
        <w:pStyle w:val="Heading1"/>
      </w:pPr>
      <w:r>
        <w:t>6. SAMOPOCZUCIE EMOCJONALNE I REAKCJE</w:t>
      </w:r>
    </w:p>
    <w:p>
      <w:r>
        <w:t>Nie analizuj swojej osobowości. Opisz tylko zauważalne zmiany w stosunku do stanu sprzed leku.</w:t>
      </w:r>
    </w:p>
    <w:p>
      <w:pPr>
        <w:ind w:left="312" w:hanging="142"/>
      </w:pPr>
      <w:r>
        <w:t>• Czy zmienił się poziom napięcia, niepokoju, drażliwości lub smutku?</w:t>
      </w:r>
    </w:p>
    <w:p>
      <w:pPr>
        <w:ind w:left="312" w:hanging="142"/>
      </w:pPr>
      <w:r>
        <w:t>• Czy inaczej reagujesz na stres, ludzi, konflikty lub bodźce?</w:t>
      </w:r>
    </w:p>
    <w:p>
      <w:pPr>
        <w:ind w:left="312" w:hanging="142"/>
      </w:pPr>
      <w:r>
        <w:t>• Czy zmieniła się potrzeba kontaktu, samotności, aktywności lub odpoczynku?</w:t>
      </w:r>
    </w:p>
    <w:p>
      <w:pPr>
        <w:ind w:left="312" w:hanging="142"/>
      </w:pPr>
      <w:r>
        <w:t>• Czy pojawiły się zmiany, które zauważyły również osoby z Twojego otoczenia?</w:t>
      </w:r>
    </w:p>
    <w:p>
      <w:r>
        <w:t>Twoja odpowiedź:</w:t>
      </w:r>
    </w:p>
    <w:p>
      <w:pPr>
        <w:pStyle w:val="Miejscenaodpowiedz"/>
      </w:pPr>
      <w:r>
        <w:t>Kliknij tutaj i wpisz odpowiedź.</w:t>
        <w:br/>
        <w:br/>
      </w:r>
    </w:p>
    <w:p>
      <w:pPr>
        <w:pStyle w:val="Heading1"/>
      </w:pPr>
      <w:r>
        <w:t>7. SEN I SNY</w:t>
      </w:r>
    </w:p>
    <w:p>
      <w:r>
        <w:t>Czy po leku zmieniło się zasypianie, wybudzanie, pora budzenia, jakość snu lub sny? Opisz tylko zauważone zmiany.</w:t>
      </w:r>
    </w:p>
    <w:p>
      <w:pPr>
        <w:pStyle w:val="Miejscenaodpowiedz"/>
      </w:pPr>
      <w:r>
        <w:t>Kliknij tutaj i wpisz odpowiedź.</w:t>
        <w:br/>
        <w:br/>
      </w:r>
    </w:p>
    <w:p>
      <w:pPr>
        <w:pStyle w:val="Heading1"/>
      </w:pPr>
      <w:r>
        <w:t>8. DAWNE OBJAWY</w:t>
      </w:r>
    </w:p>
    <w:p>
      <w:r>
        <w:t>Czy po leku powróciły objawy, które występowały dawniej i od dłuższego czasu ich nie było? Jeśli tak – jakie, kiedy się pojawiły i jak długo trwały?</w:t>
      </w:r>
    </w:p>
    <w:p>
      <w:pPr>
        <w:pStyle w:val="Miejscenaodpowiedz"/>
      </w:pPr>
      <w:r>
        <w:t>Kliknij tutaj i wpisz odpowiedź.</w:t>
        <w:br/>
        <w:br/>
      </w:r>
    </w:p>
    <w:p>
      <w:pPr>
        <w:pStyle w:val="Heading1"/>
      </w:pPr>
      <w:r>
        <w:t>9. INNE LECZENIE OD OSTATNIEJ KONSULTACJI</w:t>
      </w:r>
    </w:p>
    <w:p>
      <w:r>
        <w:t>Czy od czasu przyjęcia leku rozpoczęto, odstawiono lub zmieniono inne leki, zioła, suplementy albo leczenie? Jeśli tak – podaj co i kiedy.</w:t>
      </w:r>
    </w:p>
    <w:p>
      <w:pPr>
        <w:pStyle w:val="Miejscenaodpowiedz"/>
      </w:pPr>
      <w:r>
        <w:t>Kliknij tutaj i wpisz odpowiedź.</w:t>
        <w:br/>
      </w:r>
    </w:p>
    <w:p>
      <w:r>
        <w:t>Czy przyjmowano w tym czasie inne leki homeopatyczne? Jeśli tak – podaj nazwę, potencję, liczbę dawek i datę przyjęcia.</w:t>
      </w:r>
    </w:p>
    <w:p>
      <w:pPr>
        <w:pStyle w:val="Miejscenaodpowiedz"/>
      </w:pPr>
      <w:r>
        <w:t>Kliknij tutaj i wpisz odpowiedź.</w:t>
        <w:br/>
      </w:r>
    </w:p>
    <w:p>
      <w:pPr>
        <w:pStyle w:val="Heading1"/>
      </w:pPr>
      <w:r>
        <w:t>10. WAŻNE WYDARZENIA</w:t>
      </w:r>
    </w:p>
    <w:p>
      <w:r>
        <w:t>Czy od poprzedniej konsultacji wystąpiła infekcja, uraz, zabieg, silne przeciążenie, istotne wydarzenie życiowe lub inna sytuacja, która mogła wpłynąć na samopoczucie?</w:t>
      </w:r>
    </w:p>
    <w:p>
      <w:pPr>
        <w:pStyle w:val="Miejscenaodpowiedz"/>
      </w:pPr>
      <w:r>
        <w:t>Kliknij tutaj i wpisz odpowiedź.</w:t>
        <w:br/>
        <w:br/>
      </w:r>
    </w:p>
    <w:p>
      <w:pPr>
        <w:pStyle w:val="Heading1"/>
      </w:pPr>
      <w:r>
        <w:t>11. STAN OBECNY</w:t>
      </w:r>
    </w:p>
    <w:p>
      <w:r>
        <w:t>Co obecnie jest największym problemem?</w:t>
      </w:r>
    </w:p>
    <w:p>
      <w:pPr>
        <w:pStyle w:val="Miejscenaodpowiedz"/>
      </w:pPr>
      <w:r>
        <w:t>Kliknij tutaj i wpisz odpowiedź.</w:t>
        <w:br/>
      </w:r>
    </w:p>
    <w:p>
      <w:r>
        <w:t>Gdybyś miał/a w kilku zdaniach porównać swój obecny stan ze stanem sprzed przyjęcia leku – co jest najważniejszą różnicą?</w:t>
      </w:r>
    </w:p>
    <w:p>
      <w:pPr>
        <w:pStyle w:val="Miejscenaodpowiedz"/>
      </w:pPr>
      <w:r>
        <w:t>Kliknij tutaj i wpisz odpowiedź.</w:t>
        <w:br/>
        <w:br/>
      </w:r>
    </w:p>
    <w:p>
      <w:pPr>
        <w:pStyle w:val="Heading1"/>
      </w:pPr>
      <w:r>
        <w:t>12. CO JESZCZE POWINNAM WIEDZIEĆ?</w:t>
      </w:r>
    </w:p>
    <w:p>
      <w:r>
        <w:t>Napisz wszystko, co uważasz za istotne, a o co nie zapytałam.</w:t>
      </w:r>
    </w:p>
    <w:p>
      <w:pPr>
        <w:pStyle w:val="Miejscenaodpowiedz"/>
      </w:pPr>
      <w:r>
        <w:t>Kliknij tutaj i wpisz odpowiedź.</w:t>
        <w:br/>
        <w:br/>
      </w:r>
    </w:p>
    <w:p>
      <w:r>
        <w:rPr>
          <w:b/>
        </w:rPr>
        <w:t xml:space="preserve">Ważne: </w:t>
      </w:r>
      <w:r>
        <w:t>Nie powtarzaj dawki leku ani nie zmieniaj sposobu przyjmowania wyłącznie na podstawie własnej oceny reakcji. Ankieta służy ocenie przebiegu procesu i ustaleniu dalszego postępowania.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Ankieta kontynuacyjna – homeopatia klasyczna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Inter" w:hAnsi="Inte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Inter" w:hAnsi="Inter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Inter" w:hAnsi="Inter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iejscenaodpowiedz">
    <w:name w:val="Miejsce na odpowiedz"/>
    <w:pPr>
      <w:spacing w:after="160"/>
      <w:ind w:left="198"/>
    </w:pPr>
    <w:rPr>
      <w:rFonts w:ascii="Inter" w:hAnsi="Inter"/>
      <w:i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