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ANKIETA PRZED KONSULTACJĄ TCM</w:t>
      </w:r>
    </w:p>
    <w:p>
      <w:pPr>
        <w:jc w:val="center"/>
      </w:pPr>
      <w:r>
        <w:rPr>
          <w:b/>
        </w:rPr>
        <w:t>ZIOŁA • DIETA • DŹWIĘKOPUNKTURA™</w:t>
      </w:r>
    </w:p>
    <w:p>
      <w:r>
        <w:t>Ta ankieta jest przeznaczona dla osób zgłaszających się do oceny funkcjonalnej według Tradycyjnej Medycyny Chińskiej (TCM). Na podstawie zebranego obrazu mogą zostać dobrane indywidualne zalecenia dotyczące ziół i diety oraz – jeśli jest to celem konsultacji – harmonogram pracy kamertonami w Dźwiękopunkturze™.</w:t>
      </w:r>
    </w:p>
    <w:p>
      <w:r>
        <w:t>W TCM istotna jest nie tylko nazwa rozpoznania, ale sposób funkcjonowania całego organizmu. Dlatego proszę opisać zarówno główny problem, jak i sen, energię, termikę, pragnienie, trawienie, wydalanie, potliwość, cykl oraz inne obserwowane zależności.</w:t>
      </w:r>
    </w:p>
    <w:p>
      <w:r>
        <w:t>Proszę odpowiadać własnymi słowami i na podstawie rzeczywistych obserwacji. Jeżeli pytanie nie dotyczy Ciebie albo nie potrafisz go ocenić, pomiń je.</w:t>
      </w:r>
    </w:p>
    <w:p>
      <w:r>
        <w:rPr>
          <w:b/>
        </w:rPr>
        <w:t>WAŻNE: Oprócz wypełnionej ankiety do zgłoszenia należy dołączyć aktualne, wyraźne zdjęcie języka oraz zdjęcia oczu w dobrej rozdzielczości. Zdjęcia powinny być wykonane w naturalnym świetle dziennym, bez lampy błyskowej i bez filtrów.</w:t>
      </w:r>
    </w:p>
    <w:p>
      <w:pPr>
        <w:pStyle w:val="Heading1"/>
      </w:pPr>
      <w:r>
        <w:t>1. PODSTAWOWE INFORMACJE</w:t>
      </w:r>
    </w:p>
    <w:p>
      <w:r>
        <w:t>Imię i nazwisko:</w:t>
      </w:r>
    </w:p>
    <w:p>
      <w:pPr>
        <w:pStyle w:val="MiejscenaodpowiedzTCM"/>
      </w:pPr>
      <w:r>
        <w:t>Kliknij tutaj i wpisz odpowiedź.</w:t>
      </w:r>
    </w:p>
    <w:p>
      <w:r>
        <w:t>Wiek:</w:t>
      </w:r>
    </w:p>
    <w:p>
      <w:pPr>
        <w:pStyle w:val="MiejscenaodpowiedzTCM"/>
      </w:pPr>
      <w:r>
        <w:t>Kliknij tutaj i wpisz odpowiedź.</w:t>
      </w:r>
    </w:p>
    <w:p>
      <w:r>
        <w:t>Płeć:</w:t>
      </w:r>
    </w:p>
    <w:p>
      <w:pPr>
        <w:pStyle w:val="MiejscenaodpowiedzTCM"/>
      </w:pPr>
      <w:r>
        <w:t>Kliknij tutaj i wpisz odpowiedź.</w:t>
      </w:r>
    </w:p>
    <w:p>
      <w:r>
        <w:t>Wzrost i masa ciała:</w:t>
      </w:r>
    </w:p>
    <w:p>
      <w:pPr>
        <w:pStyle w:val="MiejscenaodpowiedzTCM"/>
      </w:pPr>
      <w:r>
        <w:t>Kliknij tutaj i wpisz odpowiedź.</w:t>
      </w:r>
    </w:p>
    <w:p>
      <w:r>
        <w:t>Zawód / charakter wykonywanej pracy:</w:t>
      </w:r>
    </w:p>
    <w:p>
      <w:pPr>
        <w:pStyle w:val="MiejscenaodpowiedzTCM"/>
      </w:pPr>
      <w:r>
        <w:t>Kliknij tutaj i wpisz odpowiedź.</w:t>
      </w:r>
    </w:p>
    <w:p>
      <w:pPr>
        <w:pStyle w:val="Heading1"/>
      </w:pPr>
      <w:r>
        <w:t>2. CEL KONSULTACJI</w:t>
      </w:r>
    </w:p>
    <w:p>
      <w:r>
        <w:t>Z jakiej formy konsultacji chcesz skorzystać? (zioła / dieta / Dźwiękopunktura™ – kamertony / połączenie tych metod)</w:t>
      </w:r>
    </w:p>
    <w:p>
      <w:pPr>
        <w:pStyle w:val="MiejscenaodpowiedzTCM"/>
      </w:pPr>
      <w:r>
        <w:t>Kliknij tutaj i wpisz odpowiedź.</w:t>
      </w:r>
    </w:p>
    <w:p>
      <w:r>
        <w:t>Co jest obecnie najważniejszym problemem, którym chcesz się zająć?</w:t>
      </w:r>
    </w:p>
    <w:p>
      <w:pPr>
        <w:pStyle w:val="MiejscenaodpowiedzTCM"/>
      </w:pPr>
      <w:r>
        <w:t>Kliknij tutaj i wpisz odpowiedź.</w:t>
        <w:br/>
      </w:r>
    </w:p>
    <w:p>
      <w:r>
        <w:t>Jakiego efektu oczekujesz przede wszystkim od konsultacji?</w:t>
      </w:r>
    </w:p>
    <w:p>
      <w:pPr>
        <w:pStyle w:val="MiejscenaodpowiedzTCM"/>
      </w:pPr>
      <w:r>
        <w:t>Kliknij tutaj i wpisz odpowiedź.</w:t>
        <w:br/>
      </w:r>
    </w:p>
    <w:p>
      <w:pPr>
        <w:pStyle w:val="Heading1"/>
      </w:pPr>
      <w:r>
        <w:t>3. GŁÓWNY PROBLEM I JEGO PRZEBIEG</w:t>
      </w:r>
    </w:p>
    <w:p>
      <w:pPr>
        <w:ind w:left="312" w:hanging="142"/>
      </w:pPr>
      <w:r>
        <w:t>• Co dokładnie Ci dolega?</w:t>
      </w:r>
    </w:p>
    <w:p>
      <w:pPr>
        <w:ind w:left="312" w:hanging="142"/>
      </w:pPr>
      <w:r>
        <w:t>• Od kiedy występuje problem?</w:t>
      </w:r>
    </w:p>
    <w:p>
      <w:pPr>
        <w:ind w:left="312" w:hanging="142"/>
      </w:pPr>
      <w:r>
        <w:t>• Czy początek był nagły czy stopniowy?</w:t>
      </w:r>
    </w:p>
    <w:p>
      <w:pPr>
        <w:ind w:left="312" w:hanging="142"/>
      </w:pPr>
      <w:r>
        <w:t>• Co działo się ze zdrowiem lub w życiu w okresie poprzedzającym jego pojawienie się?</w:t>
      </w:r>
    </w:p>
    <w:p>
      <w:pPr>
        <w:ind w:left="312" w:hanging="142"/>
      </w:pPr>
      <w:r>
        <w:t>• Czy problem rozpoczął się po infekcji, urazie, zabiegu, porodzie, silnym przeciążeniu, stresie, zmianie życiowej, rozpoczęciu lub odstawieniu leków albo innym wyraźnym wydarzeniu?</w:t>
      </w:r>
    </w:p>
    <w:p>
      <w:pPr>
        <w:ind w:left="312" w:hanging="142"/>
      </w:pPr>
      <w:r>
        <w:t>• Jak objawy zmieniały się od początku do chwili obecnej?</w:t>
      </w:r>
    </w:p>
    <w:p>
      <w:pPr>
        <w:ind w:left="312" w:hanging="142"/>
      </w:pPr>
      <w:r>
        <w:t>• Czy występują stale, okresowo czy napadowo?</w:t>
      </w:r>
    </w:p>
    <w:p>
      <w:pPr>
        <w:ind w:left="312" w:hanging="142"/>
      </w:pPr>
      <w:r>
        <w:t>• Co je wyraźnie nasila, a co łagodzi?</w:t>
      </w:r>
    </w:p>
    <w:p>
      <w:pPr>
        <w:ind w:left="312" w:hanging="142"/>
      </w:pPr>
      <w:r>
        <w:t>• Czy zauważasz określone pory dnia, pory roku lub sytuacje, w których jest lepiej albo gorzej?</w:t>
      </w:r>
    </w:p>
    <w:p>
      <w:r>
        <w:t>Opis głównego problemu:</w:t>
      </w:r>
    </w:p>
    <w:p>
      <w:pPr>
        <w:pStyle w:val="MiejscenaodpowiedzTCM"/>
      </w:pPr>
      <w:r>
        <w:t>Kliknij tutaj i wpisz odpowiedź.</w:t>
        <w:br/>
        <w:br/>
        <w:br/>
      </w:r>
    </w:p>
    <w:p>
      <w:pPr>
        <w:pStyle w:val="Heading1"/>
      </w:pPr>
      <w:r>
        <w:t>4. INNE AKTUALNE DOLEGLIWOŚCI</w:t>
      </w:r>
    </w:p>
    <w:p>
      <w:r>
        <w:t>Wymień inne dolegliwości, nawet jeśli wydają Ci się niezwiązane z głównym problemem.</w:t>
      </w:r>
    </w:p>
    <w:p>
      <w:r>
        <w:t>Inne objawy i ich przebieg:</w:t>
      </w:r>
    </w:p>
    <w:p>
      <w:pPr>
        <w:pStyle w:val="MiejscenaodpowiedzTCM"/>
      </w:pPr>
      <w:r>
        <w:t>Kliknij tutaj i wpisz odpowiedź.</w:t>
        <w:br/>
        <w:br/>
        <w:br/>
      </w:r>
    </w:p>
    <w:p>
      <w:pPr>
        <w:pStyle w:val="Heading1"/>
      </w:pPr>
      <w:r>
        <w:t>5. ENERGIA I WYDOLNOŚĆ</w:t>
      </w:r>
    </w:p>
    <w:p>
      <w:pPr>
        <w:ind w:left="312" w:hanging="142"/>
      </w:pPr>
      <w:r>
        <w:t>• Jak oceniasz swoją energię w ciągu dnia?</w:t>
      </w:r>
    </w:p>
    <w:p>
      <w:pPr>
        <w:ind w:left="312" w:hanging="142"/>
      </w:pPr>
      <w:r>
        <w:t>• O jakiej porze dnia masz najwięcej energii, a o jakiej najmniej?</w:t>
      </w:r>
    </w:p>
    <w:p>
      <w:pPr>
        <w:ind w:left="312" w:hanging="142"/>
      </w:pPr>
      <w:r>
        <w:t>• Czy łatwo się męczysz?</w:t>
      </w:r>
    </w:p>
    <w:p>
      <w:pPr>
        <w:ind w:left="312" w:hanging="142"/>
      </w:pPr>
      <w:r>
        <w:t>• Czy odpoczynek przywraca siły?</w:t>
      </w:r>
    </w:p>
    <w:p>
      <w:pPr>
        <w:ind w:left="312" w:hanging="142"/>
      </w:pPr>
      <w:r>
        <w:t>• Jak reagujesz na wysiłek fizyczny – poprawą czy pogorszeniem samopoczucia?</w:t>
      </w:r>
    </w:p>
    <w:p>
      <w:pPr>
        <w:ind w:left="312" w:hanging="142"/>
      </w:pPr>
      <w:r>
        <w:t>• Czy masz potrzebę drzemki?</w:t>
      </w:r>
    </w:p>
    <w:p>
      <w:pPr>
        <w:ind w:left="312" w:hanging="142"/>
      </w:pPr>
      <w:r>
        <w:t>• Czy występuje uczucie ciężkości ciała lub kończyn?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</w:r>
    </w:p>
    <w:p>
      <w:pPr>
        <w:pStyle w:val="Heading1"/>
      </w:pPr>
      <w:r>
        <w:t>6. ODCZUWANIE CIEPŁA I ZIMNA</w:t>
      </w:r>
    </w:p>
    <w:p>
      <w:pPr>
        <w:ind w:left="312" w:hanging="142"/>
      </w:pPr>
      <w:r>
        <w:t>• Czy częściej marzniesz, czy łatwo robi Ci się gorąco?</w:t>
      </w:r>
    </w:p>
    <w:p>
      <w:pPr>
        <w:ind w:left="312" w:hanging="142"/>
      </w:pPr>
      <w:r>
        <w:t>• Jak znosisz zimno i jak znosisz upał?</w:t>
      </w:r>
    </w:p>
    <w:p>
      <w:pPr>
        <w:ind w:left="312" w:hanging="142"/>
      </w:pPr>
      <w:r>
        <w:t>• Czy dłonie lub stopy bywają zimne albo gorące?</w:t>
      </w:r>
    </w:p>
    <w:p>
      <w:pPr>
        <w:ind w:left="312" w:hanging="142"/>
      </w:pPr>
      <w:r>
        <w:t>• Czy występują uderzenia gorąca, uczucie gorąca wieczorem lub w nocy?</w:t>
      </w:r>
    </w:p>
    <w:p>
      <w:pPr>
        <w:ind w:left="312" w:hanging="142"/>
      </w:pPr>
      <w:r>
        <w:t>• Czy lubisz się przykrywać i ogrzewać, czy raczej szukasz chłodu?</w:t>
      </w:r>
    </w:p>
    <w:p>
      <w:pPr>
        <w:ind w:left="312" w:hanging="142"/>
      </w:pPr>
      <w:r>
        <w:t>• Czy ciepło lub zimno wpływa na Twoje dolegliwości?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</w:r>
    </w:p>
    <w:p>
      <w:pPr>
        <w:pStyle w:val="Heading1"/>
      </w:pPr>
      <w:r>
        <w:t>7. SEN</w:t>
      </w:r>
    </w:p>
    <w:p>
      <w:pPr>
        <w:ind w:left="312" w:hanging="142"/>
      </w:pPr>
      <w:r>
        <w:t>• O której zwykle zasypiasz i wstajesz?</w:t>
      </w:r>
    </w:p>
    <w:p>
      <w:pPr>
        <w:ind w:left="312" w:hanging="142"/>
      </w:pPr>
      <w:r>
        <w:t>• Czy łatwo zasypiasz?</w:t>
      </w:r>
    </w:p>
    <w:p>
      <w:pPr>
        <w:ind w:left="312" w:hanging="142"/>
      </w:pPr>
      <w:r>
        <w:t>• Czy budzisz się w nocy? Jeśli tak – o jakich godzinach i z jakiego powodu?</w:t>
      </w:r>
    </w:p>
    <w:p>
      <w:pPr>
        <w:ind w:left="312" w:hanging="142"/>
      </w:pPr>
      <w:r>
        <w:t>• Czy sen jest głęboki czy płytki?</w:t>
      </w:r>
    </w:p>
    <w:p>
      <w:pPr>
        <w:ind w:left="312" w:hanging="142"/>
      </w:pPr>
      <w:r>
        <w:t>• Czy rano czujesz się wypoczęty/a?</w:t>
      </w:r>
    </w:p>
    <w:p>
      <w:pPr>
        <w:ind w:left="312" w:hanging="142"/>
      </w:pPr>
      <w:r>
        <w:t>• Czy występują nocne poty, uczucie gorąca, zimna, suchość w ustach lub pragnienie?</w:t>
      </w:r>
    </w:p>
    <w:p>
      <w:pPr>
        <w:ind w:left="312" w:hanging="142"/>
      </w:pPr>
      <w:r>
        <w:t>• Czy masz intensywne lub powtarzające się sny?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  <w:br/>
      </w:r>
    </w:p>
    <w:p>
      <w:pPr>
        <w:pStyle w:val="Heading1"/>
      </w:pPr>
      <w:r>
        <w:t>8. APETYT, PRAGNIENIE I SMAKI</w:t>
      </w:r>
    </w:p>
    <w:p>
      <w:pPr>
        <w:ind w:left="312" w:hanging="142"/>
      </w:pPr>
      <w:r>
        <w:t>• Jaki masz apetyt?</w:t>
      </w:r>
    </w:p>
    <w:p>
      <w:pPr>
        <w:ind w:left="312" w:hanging="142"/>
      </w:pPr>
      <w:r>
        <w:t>• Czy szybko pojawia się uczucie sytości?</w:t>
      </w:r>
    </w:p>
    <w:p>
      <w:pPr>
        <w:ind w:left="312" w:hanging="142"/>
      </w:pPr>
      <w:r>
        <w:t>• Czy po jedzeniu występuje senność, ciężkość, ból, wzdęcie lub inne dolegliwości?</w:t>
      </w:r>
    </w:p>
    <w:p>
      <w:pPr>
        <w:ind w:left="312" w:hanging="142"/>
      </w:pPr>
      <w:r>
        <w:t>• Czy często odczuwasz pragnienie?</w:t>
      </w:r>
    </w:p>
    <w:p>
      <w:pPr>
        <w:ind w:left="312" w:hanging="142"/>
      </w:pPr>
      <w:r>
        <w:t>• Ile mniej więcej pijesz w ciągu dnia?</w:t>
      </w:r>
    </w:p>
    <w:p>
      <w:pPr>
        <w:ind w:left="312" w:hanging="142"/>
      </w:pPr>
      <w:r>
        <w:t>• Wolisz napoje ciepłe, letnie czy zimne?</w:t>
      </w:r>
    </w:p>
    <w:p>
      <w:pPr>
        <w:ind w:left="312" w:hanging="142"/>
      </w:pPr>
      <w:r>
        <w:t>• Czy występuje suchość w ustach lub gardle? Kiedy?</w:t>
      </w:r>
    </w:p>
    <w:p>
      <w:pPr>
        <w:ind w:left="312" w:hanging="142"/>
      </w:pPr>
      <w:r>
        <w:t>• Jakie smaki lub produkty szczególnie Cię pociągają: słodkie, słone, kwaśne, ostre, gorzkie lub inne?</w:t>
      </w:r>
    </w:p>
    <w:p>
      <w:pPr>
        <w:ind w:left="312" w:hanging="142"/>
      </w:pPr>
      <w:r>
        <w:t>• Czy są produkty, po których wyraźnie czujesz się lepiej lub gorzej?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  <w:br/>
      </w:r>
    </w:p>
    <w:p>
      <w:pPr>
        <w:pStyle w:val="Heading1"/>
      </w:pPr>
      <w:r>
        <w:t>9. TRAWIENIE</w:t>
      </w:r>
    </w:p>
    <w:p>
      <w:pPr>
        <w:ind w:left="312" w:hanging="142"/>
      </w:pPr>
      <w:r>
        <w:t>• Czy występują wzdęcia? Jeśli tak – kiedy?</w:t>
      </w:r>
    </w:p>
    <w:p>
      <w:pPr>
        <w:ind w:left="312" w:hanging="142"/>
      </w:pPr>
      <w:r>
        <w:t>• Czy występują bóle brzucha lub nadbrzusza? Co je zmienia?</w:t>
      </w:r>
    </w:p>
    <w:p>
      <w:pPr>
        <w:ind w:left="312" w:hanging="142"/>
      </w:pPr>
      <w:r>
        <w:t>• Czy masz zgagę, refluks, odbijanie lub nudności?</w:t>
      </w:r>
    </w:p>
    <w:p>
      <w:pPr>
        <w:ind w:left="312" w:hanging="142"/>
      </w:pPr>
      <w:r>
        <w:t>• Czy odczuwasz pełność albo ciężar po posiłkach?</w:t>
      </w:r>
    </w:p>
    <w:p>
      <w:pPr>
        <w:ind w:left="312" w:hanging="142"/>
      </w:pPr>
      <w:r>
        <w:t>• Czy brzuch jest wrażliwy na zimno lub ciepło?</w:t>
      </w:r>
    </w:p>
    <w:p>
      <w:pPr>
        <w:ind w:left="312" w:hanging="142"/>
      </w:pPr>
      <w:r>
        <w:t>• Czy występują przelewania, gazy albo uczucie zatrzymywania pokarmu?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  <w:br/>
      </w:r>
    </w:p>
    <w:p>
      <w:pPr>
        <w:pStyle w:val="Heading1"/>
      </w:pPr>
      <w:r>
        <w:t>10. STOLEC</w:t>
      </w:r>
    </w:p>
    <w:p>
      <w:pPr>
        <w:ind w:left="312" w:hanging="142"/>
      </w:pPr>
      <w:r>
        <w:t>• Jak często oddajesz stolec?</w:t>
      </w:r>
    </w:p>
    <w:p>
      <w:pPr>
        <w:ind w:left="312" w:hanging="142"/>
      </w:pPr>
      <w:r>
        <w:t>• Jaka jest jego konsystencja: uformowany, luźny, twardy, suchy, lepki?</w:t>
      </w:r>
    </w:p>
    <w:p>
      <w:pPr>
        <w:ind w:left="312" w:hanging="142"/>
      </w:pPr>
      <w:r>
        <w:t>• Czy występują zaparcia lub biegunki?</w:t>
      </w:r>
    </w:p>
    <w:p>
      <w:pPr>
        <w:ind w:left="312" w:hanging="142"/>
      </w:pPr>
      <w:r>
        <w:t>• Czy stolec jest trudny do oddania albo pozostaje uczucie niepełnego wypróżnienia?</w:t>
      </w:r>
    </w:p>
    <w:p>
      <w:pPr>
        <w:ind w:left="312" w:hanging="142"/>
      </w:pPr>
      <w:r>
        <w:t>• Czy zauważasz śluz, niestrawione resztki pokarmu lub inne charakterystyczne cechy?</w:t>
      </w:r>
    </w:p>
    <w:p>
      <w:pPr>
        <w:ind w:left="312" w:hanging="142"/>
      </w:pPr>
      <w:r>
        <w:t>• Czy pora oddawania stolca jest stała?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</w:r>
    </w:p>
    <w:p>
      <w:pPr>
        <w:pStyle w:val="Heading1"/>
      </w:pPr>
      <w:r>
        <w:t>11. MOCZ I UKŁAD MOCZOWY</w:t>
      </w:r>
    </w:p>
    <w:p>
      <w:pPr>
        <w:ind w:left="312" w:hanging="142"/>
      </w:pPr>
      <w:r>
        <w:t>• Jak często oddajesz mocz w ciągu dnia?</w:t>
      </w:r>
    </w:p>
    <w:p>
      <w:pPr>
        <w:ind w:left="312" w:hanging="142"/>
      </w:pPr>
      <w:r>
        <w:t>• Czy wstajesz w nocy do toalety? Ile razy?</w:t>
      </w:r>
    </w:p>
    <w:p>
      <w:pPr>
        <w:ind w:left="312" w:hanging="142"/>
      </w:pPr>
      <w:r>
        <w:t>• Jaki jest zwykle kolor moczu?</w:t>
      </w:r>
    </w:p>
    <w:p>
      <w:pPr>
        <w:ind w:left="312" w:hanging="142"/>
      </w:pPr>
      <w:r>
        <w:t>• Czy występuje parcie, pieczenie, trudność rozpoczęcia mikcji, słaby strumień lub nietrzymanie moczu?</w:t>
      </w:r>
    </w:p>
    <w:p>
      <w:pPr>
        <w:ind w:left="312" w:hanging="142"/>
      </w:pPr>
      <w:r>
        <w:t>• Czy występują nawracające infekcje układu moczowego?</w:t>
      </w:r>
    </w:p>
    <w:p>
      <w:pPr>
        <w:ind w:left="312" w:hanging="142"/>
      </w:pPr>
      <w:r>
        <w:t>• Czy zauważasz zatrzymywanie płynów lub obrzęki?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</w:r>
    </w:p>
    <w:p>
      <w:pPr>
        <w:pStyle w:val="Heading1"/>
      </w:pPr>
      <w:r>
        <w:t>12. POT I PŁYNY</w:t>
      </w:r>
    </w:p>
    <w:p>
      <w:pPr>
        <w:ind w:left="312" w:hanging="142"/>
      </w:pPr>
      <w:r>
        <w:t>• Czy łatwo się pocisz?</w:t>
      </w:r>
    </w:p>
    <w:p>
      <w:pPr>
        <w:ind w:left="312" w:hanging="142"/>
      </w:pPr>
      <w:r>
        <w:t>• Czy pocenie występuje w dzień, w nocy czy w obu sytuacjach?</w:t>
      </w:r>
    </w:p>
    <w:p>
      <w:pPr>
        <w:ind w:left="312" w:hanging="142"/>
      </w:pPr>
      <w:r>
        <w:t>• Które części ciała pocą się najbardziej?</w:t>
      </w:r>
    </w:p>
    <w:p>
      <w:pPr>
        <w:ind w:left="312" w:hanging="142"/>
      </w:pPr>
      <w:r>
        <w:t>• Czy pot pojawia się przy niewielkim wysiłku albo bez wyraźnej przyczyny?</w:t>
      </w:r>
    </w:p>
    <w:p>
      <w:pPr>
        <w:ind w:left="312" w:hanging="142"/>
      </w:pPr>
      <w:r>
        <w:t>• Czy występują obrzęki, uczucie zatrzymywania wody, suchość skóry lub błon śluzowych?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</w:r>
    </w:p>
    <w:p>
      <w:pPr>
        <w:pStyle w:val="Heading1"/>
      </w:pPr>
      <w:r>
        <w:t>13. BÓL, NAPIĘCIE I RUCH</w:t>
      </w:r>
    </w:p>
    <w:p>
      <w:pPr>
        <w:ind w:left="312" w:hanging="142"/>
      </w:pPr>
      <w:r>
        <w:t>• Czy występują bóle mięśni, stawów, głowy, kręgosłupa lub inne?</w:t>
      </w:r>
    </w:p>
    <w:p>
      <w:pPr>
        <w:ind w:left="312" w:hanging="142"/>
      </w:pPr>
      <w:r>
        <w:t>• Gdzie dokładnie?</w:t>
      </w:r>
    </w:p>
    <w:p>
      <w:pPr>
        <w:ind w:left="312" w:hanging="142"/>
      </w:pPr>
      <w:r>
        <w:t>• Jaki mają charakter: tępy, ostry, kłujący, pulsujący, ciągnący, rozpierający, piekący?</w:t>
      </w:r>
    </w:p>
    <w:p>
      <w:pPr>
        <w:ind w:left="312" w:hanging="142"/>
      </w:pPr>
      <w:r>
        <w:t>• Czy ból jest stały czy wędrujący?</w:t>
      </w:r>
    </w:p>
    <w:p>
      <w:pPr>
        <w:ind w:left="312" w:hanging="142"/>
      </w:pPr>
      <w:r>
        <w:t>• Co go poprawia, a co pogarsza: ruch, spoczynek, ucisk, ciepło, zimno, pogoda?</w:t>
      </w:r>
    </w:p>
    <w:p>
      <w:pPr>
        <w:ind w:left="312" w:hanging="142"/>
      </w:pPr>
      <w:r>
        <w:t>• Czy występują napięcia mięśniowe, skurcze, drętwienia, mrowienia lub sztywność?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  <w:br/>
      </w:r>
    </w:p>
    <w:p>
      <w:pPr>
        <w:pStyle w:val="Heading1"/>
      </w:pPr>
      <w:r>
        <w:t>14. GŁOWA, OCZY, USZY, NOS I GARDŁO</w:t>
      </w:r>
    </w:p>
    <w:p>
      <w:pPr>
        <w:ind w:left="312" w:hanging="142"/>
      </w:pPr>
      <w:r>
        <w:t>• Czy występują bóle lub zawroty głowy?</w:t>
      </w:r>
    </w:p>
    <w:p>
      <w:pPr>
        <w:ind w:left="312" w:hanging="142"/>
      </w:pPr>
      <w:r>
        <w:t>• Czy masz szumy uszne, pogorszenie słuchu albo nadwrażliwość na dźwięki?</w:t>
      </w:r>
    </w:p>
    <w:p>
      <w:pPr>
        <w:ind w:left="312" w:hanging="142"/>
      </w:pPr>
      <w:r>
        <w:t>• Czy występuje suchość, pieczenie lub zmęczenie oczu, pogorszenie widzenia albo inne dolegliwości?</w:t>
      </w:r>
    </w:p>
    <w:p>
      <w:pPr>
        <w:ind w:left="312" w:hanging="142"/>
      </w:pPr>
      <w:r>
        <w:t>• Czy występuje przewlekły katar, zatkanie nosa, suchość nosa lub problemy z zatokami?</w:t>
      </w:r>
    </w:p>
    <w:p>
      <w:pPr>
        <w:ind w:left="312" w:hanging="142"/>
      </w:pPr>
      <w:r>
        <w:t>• Czy pojawia się chrypka, suchość gardła, uczucie przeszkody, częste odchrząkiwanie lub inne objawy?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</w:r>
    </w:p>
    <w:p>
      <w:pPr>
        <w:pStyle w:val="Heading1"/>
      </w:pPr>
      <w:r>
        <w:t>15. SKÓRA, WŁOSY I PAZNOKCIE</w:t>
      </w:r>
    </w:p>
    <w:p>
      <w:pPr>
        <w:ind w:left="312" w:hanging="142"/>
      </w:pPr>
      <w:r>
        <w:t>• Jaka jest skóra: sucha, tłusta, wrażliwa, swędząca?</w:t>
      </w:r>
    </w:p>
    <w:p>
      <w:pPr>
        <w:ind w:left="312" w:hanging="142"/>
      </w:pPr>
      <w:r>
        <w:t>• Czy występują wysypki, zaczerwienienia, pękanie skóry lub inne zmiany?</w:t>
      </w:r>
    </w:p>
    <w:p>
      <w:pPr>
        <w:ind w:left="312" w:hanging="142"/>
      </w:pPr>
      <w:r>
        <w:t>• Jak oceniasz kondycję włosów – czy są suche, łamliwe, przerzedzają się lub wypadają?</w:t>
      </w:r>
    </w:p>
    <w:p>
      <w:pPr>
        <w:ind w:left="312" w:hanging="142"/>
      </w:pPr>
      <w:r>
        <w:t>• Czy paznokcie są kruche, rozdwajają się lub mają inne charakterystyczne zmiany?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</w:r>
    </w:p>
    <w:p>
      <w:pPr>
        <w:pStyle w:val="Heading1"/>
      </w:pPr>
      <w:r>
        <w:t>16. CYKL MIESIĘCZNY I OKRES MENOPAUZY – JEŚLI DOTYCZY</w:t>
      </w:r>
    </w:p>
    <w:p>
      <w:pPr>
        <w:ind w:left="312" w:hanging="142"/>
      </w:pPr>
      <w:r>
        <w:t>• Czy miesiączki są regularne? Jaka jest długość cyklu?</w:t>
      </w:r>
    </w:p>
    <w:p>
      <w:pPr>
        <w:ind w:left="312" w:hanging="142"/>
      </w:pPr>
      <w:r>
        <w:t>• Jak długo trwa krwawienie i czy jest skąpe, umiarkowane czy obfite?</w:t>
      </w:r>
    </w:p>
    <w:p>
      <w:pPr>
        <w:ind w:left="312" w:hanging="142"/>
      </w:pPr>
      <w:r>
        <w:t>• Jaki jest kolor krwi? Czy występują skrzepy?</w:t>
      </w:r>
    </w:p>
    <w:p>
      <w:pPr>
        <w:ind w:left="312" w:hanging="142"/>
      </w:pPr>
      <w:r>
        <w:t>• Czy pojawia się ból przed miesiączką lub w jej trakcie? Co go łagodzi?</w:t>
      </w:r>
    </w:p>
    <w:p>
      <w:pPr>
        <w:ind w:left="312" w:hanging="142"/>
      </w:pPr>
      <w:r>
        <w:t>• Jak zmienia się samopoczucie fizyczne i emocjonalne przed miesiączką, podczas niej i po niej?</w:t>
      </w:r>
    </w:p>
    <w:p>
      <w:pPr>
        <w:ind w:left="312" w:hanging="142"/>
      </w:pPr>
      <w:r>
        <w:t>• Czy występują dolegliwości związane z owulacją?</w:t>
      </w:r>
    </w:p>
    <w:p>
      <w:pPr>
        <w:ind w:left="312" w:hanging="142"/>
      </w:pPr>
      <w:r>
        <w:t>• Czy występują upławy? Jeśli tak – opisz ich kolor, konsystencję, zapach i moment pojawiania się.</w:t>
      </w:r>
    </w:p>
    <w:p>
      <w:pPr>
        <w:ind w:left="312" w:hanging="142"/>
      </w:pPr>
      <w:r>
        <w:t>• Jeśli jesteś po menopauzie – opisz jej przebieg oraz aktualne dolegliwości, jeśli występują.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  <w:br/>
      </w:r>
    </w:p>
    <w:p>
      <w:pPr>
        <w:pStyle w:val="Heading1"/>
      </w:pPr>
      <w:r>
        <w:t>17. EMOCJE I REAKCJA NA OBCIĄŻENIE</w:t>
      </w:r>
    </w:p>
    <w:p>
      <w:r>
        <w:t>Nie chodzi o interpretowanie emocji ani przypisywanie im znaczenia. Opisz jedynie to, co rzeczywiście obserwujesz w swoim funkcjonowaniu.</w:t>
      </w:r>
    </w:p>
    <w:p>
      <w:pPr>
        <w:ind w:left="312" w:hanging="142"/>
      </w:pPr>
      <w:r>
        <w:t>• Jak reagujesz na stres lub przeciążenie?</w:t>
      </w:r>
    </w:p>
    <w:p>
      <w:pPr>
        <w:ind w:left="312" w:hanging="142"/>
      </w:pPr>
      <w:r>
        <w:t>• Czy częściej pojawia się napięcie, rozdrażnienie, złość, niepokój, smutek, wycofanie czy trudność w zatrzymaniu myśli?</w:t>
      </w:r>
    </w:p>
    <w:p>
      <w:pPr>
        <w:ind w:left="312" w:hanging="142"/>
      </w:pPr>
      <w:r>
        <w:t>• Czy emocje wyraźnie wpływają na objawy fizyczne? Jeśli tak – w jaki sposób?</w:t>
      </w:r>
    </w:p>
    <w:p>
      <w:pPr>
        <w:ind w:left="312" w:hanging="142"/>
      </w:pPr>
      <w:r>
        <w:t>• Czy po silnym wydarzeniu lub konflikcie zauważasz określoną reakcję ciała?</w:t>
      </w:r>
    </w:p>
    <w:p>
      <w:pPr>
        <w:ind w:left="312" w:hanging="142"/>
      </w:pPr>
      <w:r>
        <w:t>• Jak znosisz hałas, tłum i dużą ilość bodźców?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  <w:br/>
      </w:r>
    </w:p>
    <w:p>
      <w:pPr>
        <w:pStyle w:val="Heading1"/>
      </w:pPr>
      <w:r>
        <w:t>18. ODDECH, KRĄŻENIE I ODCZUCIA W KLATCE PIERSIOWEJ</w:t>
      </w:r>
    </w:p>
    <w:p>
      <w:pPr>
        <w:ind w:left="312" w:hanging="142"/>
      </w:pPr>
      <w:r>
        <w:t>• Czy występuje duszność, spłycenie oddechu albo potrzeba głębokiego wzdychania?</w:t>
      </w:r>
    </w:p>
    <w:p>
      <w:pPr>
        <w:ind w:left="312" w:hanging="142"/>
      </w:pPr>
      <w:r>
        <w:t>• Czy pojawia się ucisk, napięcie lub inne odczucia w klatce piersiowej?</w:t>
      </w:r>
    </w:p>
    <w:p>
      <w:pPr>
        <w:ind w:left="312" w:hanging="142"/>
      </w:pPr>
      <w:r>
        <w:t>• Czy występuje kołatanie serca?</w:t>
      </w:r>
    </w:p>
    <w:p>
      <w:pPr>
        <w:ind w:left="312" w:hanging="142"/>
      </w:pPr>
      <w:r>
        <w:t>• Czy masz tendencję do zimnych dłoni i stóp, zaczerwienienia twarzy albo innych zmian krążeniowych?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</w:r>
    </w:p>
    <w:p>
      <w:pPr>
        <w:pStyle w:val="Heading1"/>
      </w:pPr>
      <w:r>
        <w:t>19. PRZEBYTE CHOROBY I WAŻNE WYDARZENIA ZDROWOTNE</w:t>
      </w:r>
    </w:p>
    <w:p>
      <w:pPr>
        <w:ind w:left="312" w:hanging="142"/>
      </w:pPr>
      <w:r>
        <w:t>• ważniejsze choroby z dzieciństwa,</w:t>
      </w:r>
    </w:p>
    <w:p>
      <w:pPr>
        <w:ind w:left="312" w:hanging="142"/>
      </w:pPr>
      <w:r>
        <w:t>• nawracające infekcje,</w:t>
      </w:r>
    </w:p>
    <w:p>
      <w:pPr>
        <w:ind w:left="312" w:hanging="142"/>
      </w:pPr>
      <w:r>
        <w:t>• choroby przewlekłe,</w:t>
      </w:r>
    </w:p>
    <w:p>
      <w:pPr>
        <w:ind w:left="312" w:hanging="142"/>
      </w:pPr>
      <w:r>
        <w:t>• urazy, operacje i zabiegi,</w:t>
      </w:r>
    </w:p>
    <w:p>
      <w:pPr>
        <w:ind w:left="312" w:hanging="142"/>
      </w:pPr>
      <w:r>
        <w:t>• hospitalizacje,</w:t>
      </w:r>
    </w:p>
    <w:p>
      <w:pPr>
        <w:ind w:left="312" w:hanging="142"/>
      </w:pPr>
      <w:r>
        <w:t>• ciąże i porody,</w:t>
      </w:r>
    </w:p>
    <w:p>
      <w:pPr>
        <w:ind w:left="312" w:hanging="142"/>
      </w:pPr>
      <w:r>
        <w:t>• inne istotne wydarzenia zdrowotne.</w:t>
      </w:r>
    </w:p>
    <w:p>
      <w:r>
        <w:t>Jeśli możesz, podaj orientacyjny wiek lub rok.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  <w:br/>
      </w:r>
    </w:p>
    <w:p>
      <w:pPr>
        <w:pStyle w:val="Heading1"/>
      </w:pPr>
      <w:r>
        <w:t>20. LEKI, ZIOŁA I SUPLEMENTY</w:t>
      </w:r>
    </w:p>
    <w:p>
      <w:r>
        <w:t>Wymień aktualnie przyjmowane leki, preparaty ziołowe i suplementy oraz – jeśli to istotne – wcześniejsze leczenie związane z obecnym problemem.</w:t>
      </w:r>
    </w:p>
    <w:p>
      <w:pPr>
        <w:pStyle w:val="MiejscenaodpowiedzTCM"/>
      </w:pPr>
      <w:r>
        <w:t>Kliknij tutaj i wpisz odpowiedź.</w:t>
        <w:br/>
        <w:br/>
      </w:r>
    </w:p>
    <w:p>
      <w:pPr>
        <w:pStyle w:val="Heading1"/>
      </w:pPr>
      <w:r>
        <w:t>21. DOTYCHCZASOWA PRACA KAMERTONAMI – JEŚLI DOTYCZY</w:t>
      </w:r>
    </w:p>
    <w:p>
      <w:pPr>
        <w:ind w:left="312" w:hanging="142"/>
      </w:pPr>
      <w:r>
        <w:t>• Czy pracujesz już kamertonami planetarnymi?</w:t>
      </w:r>
    </w:p>
    <w:p>
      <w:pPr>
        <w:ind w:left="312" w:hanging="142"/>
      </w:pPr>
      <w:r>
        <w:t>• Jakie kamertony posiadasz?</w:t>
      </w:r>
    </w:p>
    <w:p>
      <w:pPr>
        <w:ind w:left="312" w:hanging="142"/>
      </w:pPr>
      <w:r>
        <w:t>• Jak często wykonujesz sesje?</w:t>
      </w:r>
    </w:p>
    <w:p>
      <w:pPr>
        <w:ind w:left="312" w:hanging="142"/>
      </w:pPr>
      <w:r>
        <w:t>• Jakie interwały i punkty stosujesz najczęściej?</w:t>
      </w:r>
    </w:p>
    <w:p>
      <w:pPr>
        <w:ind w:left="312" w:hanging="142"/>
      </w:pPr>
      <w:r>
        <w:t>• Jak organizm reaguje bezpośrednio po sesji i w kolejnych 1–2 dniach?</w:t>
      </w:r>
    </w:p>
    <w:p>
      <w:pPr>
        <w:ind w:left="312" w:hanging="142"/>
      </w:pPr>
      <w:r>
        <w:t>• Czy zdarzały się reakcje niepożądane albo wyraźne pogorszenie po określonej pracy?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  <w:br/>
      </w:r>
    </w:p>
    <w:p>
      <w:pPr>
        <w:pStyle w:val="Heading1"/>
      </w:pPr>
      <w:r>
        <w:t>22. JĘZYK I OCZY – ZDJĘCIA SĄ KONIECZNE DO OCENY TCM</w:t>
      </w:r>
    </w:p>
    <w:p>
      <w:r>
        <w:t>Do zgłoszenia dołącz aktualne, wyraźne zdjęcia języka. Zdjęcia wykonaj w naturalnym świetle dziennym, bez lampy błyskowej i bez filtrów. Przed wykonaniem zdjęcia nie pij kawy, herbaty ani napojów barwiących i nie szczotkuj języka.</w:t>
      </w:r>
    </w:p>
    <w:p>
      <w:pPr>
        <w:ind w:left="312" w:hanging="142"/>
      </w:pPr>
      <w:r>
        <w:t>• Zrób zdjęcie całego języka wysuniętego swobodnie, bez napinania.</w:t>
      </w:r>
    </w:p>
    <w:p>
      <w:pPr>
        <w:ind w:left="312" w:hanging="142"/>
      </w:pPr>
      <w:r>
        <w:t>• Jeżeli to możliwe, dołącz także zdjęcie z nieco bliższej odległości, tak aby było widać nalot, brzegi i powierzchnię języka.</w:t>
      </w:r>
    </w:p>
    <w:p>
      <w:pPr>
        <w:ind w:left="312" w:hanging="142"/>
      </w:pPr>
      <w:r>
        <w:t>• Nie wysuwaj języka długo przed wykonaniem zdjęcia – może to zmienić jego kolor.</w:t>
      </w:r>
    </w:p>
    <w:p>
      <w:r>
        <w:rPr>
          <w:b w:val="0"/>
        </w:rPr>
        <w:t>Dołącz również wyraźne zdjęcia oczu w dobrej rozdzielczości. Najlepiej wykonać je w naturalnym świetle dziennym, bez lampy błyskowej i bez filtrów, tak aby dobrze widoczne były tęczówki, białkówki oraz okolica oczu.</w:t>
      </w:r>
    </w:p>
    <w:p>
      <w:pPr>
        <w:pStyle w:val="Heading1"/>
      </w:pPr>
      <w:r>
        <w:t>23. WYNIKI BADAŃ I DOKUMENTACJA</w:t>
      </w:r>
    </w:p>
    <w:p>
      <w:r>
        <w:t>Jeżeli posiadasz aktualne wyniki badań, rozpoznania lekarskie, wypisy lub inną dokumentację istotną dla problemu, z którym się zgłaszasz, dołącz je do zgłoszenia.</w:t>
      </w:r>
    </w:p>
    <w:p>
      <w:pPr>
        <w:pStyle w:val="Heading1"/>
      </w:pPr>
      <w:r>
        <w:t>24. CO JESZCZE POWINNAM WIEDZIEĆ?</w:t>
      </w:r>
    </w:p>
    <w:p>
      <w:r>
        <w:t>Napisz wszystko, co uważasz za ważne, a o co nie zapytałam. Szczególnie istotne są zauważone przez Ciebie zależności: co poprzedza pogorszenie, co przynosi poprawę i w jaki sposób organizm reaguje na różne obciążenia.</w:t>
      </w:r>
    </w:p>
    <w:p>
      <w:r>
        <w:t>Twoja odpowiedź:</w:t>
      </w:r>
    </w:p>
    <w:p>
      <w:pPr>
        <w:pStyle w:val="MiejscenaodpowiedzTCM"/>
      </w:pPr>
      <w:r>
        <w:t>Kliknij tutaj i wpisz odpowiedź.</w:t>
        <w:br/>
        <w:br/>
        <w:br/>
      </w:r>
    </w:p>
    <w:p>
      <w:r>
        <w:rPr>
          <w:b/>
        </w:rPr>
        <w:t xml:space="preserve">Ważne: </w:t>
      </w:r>
      <w:r>
        <w:t>Ankieta służy zebraniu informacji potrzebnych do indywidualnej oceny funkcjonalnej TCM i przygotowania zaleceń. Nie zastępuje diagnostyki lekarskiej ani koniecznego leczenia medycznego.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/>
        <w:sz w:val="16"/>
      </w:rPr>
      <w:t>Ankieta TCM – zioła • dieta • Dźwiękopunktura™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Inter" w:hAnsi="Inte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Inter" w:hAnsi="Inter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Inter" w:hAnsi="Inter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iejscenaodpowiedzTCM">
    <w:name w:val="Miejsce na odpowiedz TCM"/>
    <w:pPr>
      <w:spacing w:after="160"/>
      <w:ind w:left="198"/>
    </w:pPr>
    <w:rPr>
      <w:rFonts w:ascii="Inter" w:hAnsi="Inter"/>
      <w:i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